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71609833" w14:textId="70F145D0" w:rsidR="00F72FF1" w:rsidRDefault="00B545D6" w:rsidP="001473AE">
      <w:pPr>
        <w:jc w:val="center"/>
      </w:pPr>
      <w:r w:rsidRPr="001E021C">
        <w:drawing>
          <wp:inline distT="0" distB="0" distL="0" distR="0" wp14:anchorId="731035A5" wp14:editId="6003F166">
            <wp:extent cx="1828800" cy="1104900"/>
            <wp:effectExtent l="0" t="0" r="0" b="0"/>
            <wp:docPr id="16573204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320430" name="Image 1657320430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/>
                      <a:duotone>
                        <a:prstClr val="black"/>
                        <a:schemeClr val="accent3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461" cy="115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6D927" w14:textId="77777777" w:rsidR="0094644F" w:rsidRPr="001E021C" w:rsidRDefault="0094644F" w:rsidP="001473AE">
      <w:pPr>
        <w:jc w:val="center"/>
      </w:pPr>
    </w:p>
    <w:p w14:paraId="104BCA61" w14:textId="0824D822" w:rsidR="001A31BD" w:rsidRPr="001E021C" w:rsidRDefault="00000000" w:rsidP="001A31BD">
      <w:pPr>
        <w:jc w:val="center"/>
        <w:rPr>
          <w:b/>
          <w:sz w:val="36"/>
          <w:szCs w:val="36"/>
        </w:rPr>
      </w:pPr>
      <w:r w:rsidRPr="001E021C">
        <w:rPr>
          <w:b/>
          <w:sz w:val="36"/>
          <w:szCs w:val="36"/>
        </w:rPr>
        <w:t>DÎNER</w:t>
      </w:r>
      <w:r w:rsidR="001A31BD" w:rsidRPr="001E021C">
        <w:rPr>
          <w:b/>
          <w:sz w:val="36"/>
          <w:szCs w:val="36"/>
        </w:rPr>
        <w:t>-</w:t>
      </w:r>
      <w:r w:rsidR="001E50B6" w:rsidRPr="001E021C">
        <w:rPr>
          <w:b/>
          <w:sz w:val="36"/>
          <w:szCs w:val="36"/>
        </w:rPr>
        <w:t>PIANO D’AUTOMNE</w:t>
      </w:r>
    </w:p>
    <w:p w14:paraId="458E3C13" w14:textId="5BE0DABE" w:rsidR="00F72FF1" w:rsidRPr="001E021C" w:rsidRDefault="00000000" w:rsidP="001473AE">
      <w:pPr>
        <w:jc w:val="center"/>
        <w:rPr>
          <w:b/>
          <w:bCs/>
          <w:sz w:val="40"/>
          <w:szCs w:val="40"/>
        </w:rPr>
      </w:pPr>
      <w:r w:rsidRPr="001E021C">
        <w:rPr>
          <w:b/>
          <w:bCs/>
          <w:sz w:val="40"/>
          <w:szCs w:val="40"/>
        </w:rPr>
        <w:t>M</w:t>
      </w:r>
      <w:r w:rsidR="008A403E" w:rsidRPr="001E021C">
        <w:rPr>
          <w:b/>
          <w:bCs/>
          <w:sz w:val="40"/>
          <w:szCs w:val="40"/>
        </w:rPr>
        <w:t>ercr</w:t>
      </w:r>
      <w:r w:rsidR="001E50B6" w:rsidRPr="001E021C">
        <w:rPr>
          <w:b/>
          <w:bCs/>
          <w:sz w:val="40"/>
          <w:szCs w:val="40"/>
        </w:rPr>
        <w:t xml:space="preserve">edi 8 </w:t>
      </w:r>
      <w:r w:rsidR="0094644F" w:rsidRPr="001E021C">
        <w:rPr>
          <w:b/>
          <w:bCs/>
          <w:sz w:val="40"/>
          <w:szCs w:val="40"/>
        </w:rPr>
        <w:t>octobre</w:t>
      </w:r>
      <w:r w:rsidRPr="001E021C">
        <w:rPr>
          <w:b/>
          <w:bCs/>
          <w:sz w:val="40"/>
          <w:szCs w:val="40"/>
        </w:rPr>
        <w:t xml:space="preserve"> – À partir de 19h15</w:t>
      </w:r>
    </w:p>
    <w:p w14:paraId="7CA37945" w14:textId="651CFB3D" w:rsidR="00F72FF1" w:rsidRPr="00614766" w:rsidRDefault="00000000" w:rsidP="001473AE">
      <w:pPr>
        <w:jc w:val="center"/>
        <w:rPr>
          <w:b/>
          <w:bCs/>
          <w:i/>
          <w:iCs/>
          <w:sz w:val="20"/>
          <w:szCs w:val="20"/>
          <w:u w:val="single"/>
        </w:rPr>
      </w:pPr>
      <w:r w:rsidRPr="00614766">
        <w:rPr>
          <w:b/>
          <w:bCs/>
          <w:i/>
          <w:iCs/>
          <w:sz w:val="20"/>
          <w:szCs w:val="20"/>
          <w:u w:val="single"/>
        </w:rPr>
        <w:t>Menu en 5 services – 6</w:t>
      </w:r>
      <w:r w:rsidR="001E50B6" w:rsidRPr="00614766">
        <w:rPr>
          <w:b/>
          <w:bCs/>
          <w:i/>
          <w:iCs/>
          <w:sz w:val="20"/>
          <w:szCs w:val="20"/>
          <w:u w:val="single"/>
        </w:rPr>
        <w:t>8</w:t>
      </w:r>
      <w:r w:rsidRPr="00614766">
        <w:rPr>
          <w:b/>
          <w:bCs/>
          <w:i/>
          <w:iCs/>
          <w:sz w:val="20"/>
          <w:szCs w:val="20"/>
          <w:u w:val="single"/>
        </w:rPr>
        <w:t xml:space="preserve">€ / </w:t>
      </w:r>
      <w:r w:rsidR="000509CD" w:rsidRPr="00614766">
        <w:rPr>
          <w:b/>
          <w:bCs/>
          <w:i/>
          <w:iCs/>
          <w:sz w:val="20"/>
          <w:szCs w:val="20"/>
          <w:u w:val="single"/>
        </w:rPr>
        <w:t>Personne</w:t>
      </w:r>
      <w:r w:rsidRPr="00614766">
        <w:rPr>
          <w:b/>
          <w:bCs/>
          <w:i/>
          <w:iCs/>
          <w:sz w:val="20"/>
          <w:szCs w:val="20"/>
          <w:u w:val="single"/>
        </w:rPr>
        <w:t xml:space="preserve"> </w:t>
      </w:r>
    </w:p>
    <w:p w14:paraId="3A73241C" w14:textId="68CEB39F" w:rsidR="00F72FF1" w:rsidRPr="001E021C" w:rsidRDefault="00000000" w:rsidP="001473AE">
      <w:pPr>
        <w:jc w:val="center"/>
        <w:rPr>
          <w:sz w:val="20"/>
          <w:szCs w:val="20"/>
        </w:rPr>
      </w:pPr>
      <w:r w:rsidRPr="001E021C">
        <w:rPr>
          <w:sz w:val="20"/>
          <w:szCs w:val="20"/>
        </w:rPr>
        <w:t>Un</w:t>
      </w:r>
      <w:r w:rsidR="00B40872" w:rsidRPr="001E021C">
        <w:rPr>
          <w:sz w:val="20"/>
          <w:szCs w:val="20"/>
        </w:rPr>
        <w:t>i</w:t>
      </w:r>
      <w:r w:rsidRPr="001E021C">
        <w:rPr>
          <w:sz w:val="20"/>
          <w:szCs w:val="20"/>
        </w:rPr>
        <w:t xml:space="preserve">quement sur </w:t>
      </w:r>
      <w:r w:rsidR="0094644F" w:rsidRPr="001E021C">
        <w:rPr>
          <w:sz w:val="20"/>
          <w:szCs w:val="20"/>
        </w:rPr>
        <w:t>réservation :</w:t>
      </w:r>
      <w:r w:rsidR="008D32A6" w:rsidRPr="001E021C">
        <w:rPr>
          <w:sz w:val="20"/>
          <w:szCs w:val="20"/>
        </w:rPr>
        <w:t xml:space="preserve"> </w:t>
      </w:r>
      <w:r w:rsidR="007F7861" w:rsidRPr="001E021C">
        <w:rPr>
          <w:sz w:val="20"/>
          <w:szCs w:val="20"/>
        </w:rPr>
        <w:t xml:space="preserve">03-44-27-68-86 </w:t>
      </w:r>
      <w:r w:rsidR="00BB63DE" w:rsidRPr="001E021C">
        <w:rPr>
          <w:sz w:val="20"/>
          <w:szCs w:val="20"/>
        </w:rPr>
        <w:t>ou www</w:t>
      </w:r>
      <w:r w:rsidR="00B02BA4" w:rsidRPr="001E021C">
        <w:rPr>
          <w:sz w:val="20"/>
          <w:szCs w:val="20"/>
        </w:rPr>
        <w:t>.lepetitsenlisien.fr</w:t>
      </w:r>
    </w:p>
    <w:p w14:paraId="735406D2" w14:textId="77777777" w:rsidR="009C37F6" w:rsidRDefault="009C37F6" w:rsidP="001473AE">
      <w:pPr>
        <w:jc w:val="center"/>
        <w:rPr>
          <w:b/>
          <w:sz w:val="28"/>
        </w:rPr>
      </w:pPr>
    </w:p>
    <w:p w14:paraId="6E3D2661" w14:textId="0E14C03C" w:rsidR="00F72FF1" w:rsidRPr="001E021C" w:rsidRDefault="000509CD" w:rsidP="001473AE">
      <w:pPr>
        <w:jc w:val="center"/>
      </w:pPr>
      <w:r w:rsidRPr="001E021C">
        <w:rPr>
          <w:b/>
          <w:sz w:val="28"/>
        </w:rPr>
        <w:t>M</w:t>
      </w:r>
      <w:r w:rsidR="00FE0CE0">
        <w:rPr>
          <w:b/>
          <w:sz w:val="28"/>
        </w:rPr>
        <w:t>ISE EN BOUCHE</w:t>
      </w:r>
    </w:p>
    <w:p w14:paraId="47728001" w14:textId="1410EF7D" w:rsidR="00802E07" w:rsidRPr="001E021C" w:rsidRDefault="00326B1F" w:rsidP="002118C8">
      <w:pPr>
        <w:pStyle w:val="Listepuces"/>
        <w:jc w:val="center"/>
      </w:pPr>
      <w:r>
        <w:t>Cr</w:t>
      </w:r>
      <w:r w:rsidR="008F2F79">
        <w:t xml:space="preserve">ème brulée </w:t>
      </w:r>
      <w:r w:rsidR="005B2452">
        <w:t>aux girolles, écume noisette</w:t>
      </w:r>
    </w:p>
    <w:p w14:paraId="5D33B4C3" w14:textId="03A99086" w:rsidR="00F72FF1" w:rsidRDefault="00323DE4" w:rsidP="001473AE">
      <w:pPr>
        <w:jc w:val="center"/>
        <w:rPr>
          <w:i/>
          <w:sz w:val="18"/>
          <w:szCs w:val="18"/>
        </w:rPr>
      </w:pPr>
      <w:r w:rsidRPr="001E021C">
        <w:rPr>
          <w:i/>
          <w:sz w:val="18"/>
          <w:szCs w:val="18"/>
        </w:rPr>
        <w:t>Suggestion</w:t>
      </w:r>
      <w:r w:rsidR="005B2452">
        <w:rPr>
          <w:i/>
          <w:sz w:val="18"/>
          <w:szCs w:val="18"/>
        </w:rPr>
        <w:t xml:space="preserve"> : Bière blanche de Senlis </w:t>
      </w:r>
      <w:r w:rsidR="00FE0CE0">
        <w:rPr>
          <w:i/>
          <w:sz w:val="18"/>
          <w:szCs w:val="18"/>
        </w:rPr>
        <w:t>–</w:t>
      </w:r>
      <w:r w:rsidR="005B2452">
        <w:rPr>
          <w:i/>
          <w:sz w:val="18"/>
          <w:szCs w:val="18"/>
        </w:rPr>
        <w:t xml:space="preserve"> 6</w:t>
      </w:r>
      <w:r w:rsidR="00FE0CE0">
        <w:rPr>
          <w:i/>
          <w:sz w:val="18"/>
          <w:szCs w:val="18"/>
        </w:rPr>
        <w:t>€</w:t>
      </w:r>
    </w:p>
    <w:p w14:paraId="23AA9268" w14:textId="4FE502FA" w:rsidR="00F72FF1" w:rsidRPr="001E021C" w:rsidRDefault="00943037" w:rsidP="00FE0CE0">
      <w:pPr>
        <w:jc w:val="center"/>
      </w:pPr>
      <w:r>
        <w:rPr>
          <w:b/>
          <w:sz w:val="28"/>
        </w:rPr>
        <w:t>GRAND CLASSIQUE</w:t>
      </w:r>
    </w:p>
    <w:p w14:paraId="03E13D0A" w14:textId="255E5306" w:rsidR="00F72FF1" w:rsidRPr="001E021C" w:rsidRDefault="00943037" w:rsidP="00943037">
      <w:pPr>
        <w:pStyle w:val="Listepuces"/>
        <w:jc w:val="center"/>
      </w:pPr>
      <w:r>
        <w:t>Ballotine de foie gras de canard</w:t>
      </w:r>
      <w:r w:rsidR="00F666E4">
        <w:t xml:space="preserve"> vanille-tonka</w:t>
      </w:r>
      <w:r w:rsidR="007A2DB1">
        <w:t>, chutney figues et poires, brioche toastée</w:t>
      </w:r>
    </w:p>
    <w:p w14:paraId="72EF6805" w14:textId="777F4D03" w:rsidR="00F72FF1" w:rsidRPr="001E021C" w:rsidRDefault="00323DE4" w:rsidP="001473AE">
      <w:pPr>
        <w:jc w:val="center"/>
        <w:rPr>
          <w:sz w:val="18"/>
          <w:szCs w:val="18"/>
        </w:rPr>
      </w:pPr>
      <w:r w:rsidRPr="001E021C">
        <w:rPr>
          <w:i/>
          <w:sz w:val="18"/>
          <w:szCs w:val="18"/>
        </w:rPr>
        <w:t>Suggestion</w:t>
      </w:r>
      <w:r w:rsidR="006055F6">
        <w:rPr>
          <w:i/>
          <w:sz w:val="18"/>
          <w:szCs w:val="18"/>
        </w:rPr>
        <w:t> : Gewur</w:t>
      </w:r>
      <w:r w:rsidR="00191491">
        <w:rPr>
          <w:i/>
          <w:sz w:val="18"/>
          <w:szCs w:val="18"/>
        </w:rPr>
        <w:t xml:space="preserve">ztraminer </w:t>
      </w:r>
      <w:r w:rsidR="00CC799B">
        <w:rPr>
          <w:i/>
          <w:sz w:val="18"/>
          <w:szCs w:val="18"/>
        </w:rPr>
        <w:t xml:space="preserve">Henri </w:t>
      </w:r>
      <w:r w:rsidR="00D959DF">
        <w:rPr>
          <w:i/>
          <w:sz w:val="18"/>
          <w:szCs w:val="18"/>
        </w:rPr>
        <w:t>Martin et Fils</w:t>
      </w:r>
      <w:r w:rsidR="00191491">
        <w:rPr>
          <w:i/>
          <w:sz w:val="18"/>
          <w:szCs w:val="18"/>
        </w:rPr>
        <w:t xml:space="preserve"> </w:t>
      </w:r>
      <w:r w:rsidR="00CC799B">
        <w:rPr>
          <w:i/>
          <w:sz w:val="18"/>
          <w:szCs w:val="18"/>
        </w:rPr>
        <w:t>–</w:t>
      </w:r>
      <w:r w:rsidR="00191491">
        <w:rPr>
          <w:i/>
          <w:sz w:val="18"/>
          <w:szCs w:val="18"/>
        </w:rPr>
        <w:t xml:space="preserve"> </w:t>
      </w:r>
      <w:r w:rsidR="00D928CE">
        <w:rPr>
          <w:i/>
          <w:sz w:val="18"/>
          <w:szCs w:val="18"/>
        </w:rPr>
        <w:t>14</w:t>
      </w:r>
      <w:r w:rsidR="000854A9">
        <w:rPr>
          <w:i/>
          <w:sz w:val="18"/>
          <w:szCs w:val="18"/>
        </w:rPr>
        <w:t xml:space="preserve"> </w:t>
      </w:r>
      <w:r w:rsidR="00CC799B">
        <w:rPr>
          <w:i/>
          <w:sz w:val="18"/>
          <w:szCs w:val="18"/>
        </w:rPr>
        <w:t xml:space="preserve">€ </w:t>
      </w:r>
    </w:p>
    <w:p w14:paraId="65767B47" w14:textId="5F9C38CB" w:rsidR="00F72FF1" w:rsidRPr="001E021C" w:rsidRDefault="00D959DF" w:rsidP="001473AE">
      <w:pPr>
        <w:jc w:val="center"/>
      </w:pPr>
      <w:bookmarkStart w:id="0" w:name="_Hlk203553037"/>
      <w:r>
        <w:rPr>
          <w:b/>
          <w:sz w:val="28"/>
        </w:rPr>
        <w:t xml:space="preserve">ALLIANCE </w:t>
      </w:r>
      <w:r w:rsidR="00321A18">
        <w:rPr>
          <w:b/>
          <w:sz w:val="28"/>
        </w:rPr>
        <w:t>TERRE ET MER</w:t>
      </w:r>
    </w:p>
    <w:bookmarkEnd w:id="0"/>
    <w:p w14:paraId="5C4C9842" w14:textId="2AEB7FEB" w:rsidR="00F72FF1" w:rsidRPr="001E021C" w:rsidRDefault="00E37467" w:rsidP="00321A18">
      <w:pPr>
        <w:pStyle w:val="Listepuces"/>
        <w:jc w:val="center"/>
      </w:pPr>
      <w:r>
        <w:t xml:space="preserve">Noix de Saint-Jacques snackées, mousseline de panais, </w:t>
      </w:r>
      <w:r w:rsidR="00375DCD">
        <w:t xml:space="preserve">fond blanc de veau </w:t>
      </w:r>
      <w:r>
        <w:t>réduit à la vanille</w:t>
      </w:r>
    </w:p>
    <w:p w14:paraId="0179F31F" w14:textId="0B173B0E" w:rsidR="00F72FF1" w:rsidRPr="001E021C" w:rsidRDefault="0094644F" w:rsidP="001473AE">
      <w:pPr>
        <w:jc w:val="center"/>
        <w:rPr>
          <w:sz w:val="18"/>
          <w:szCs w:val="18"/>
        </w:rPr>
      </w:pPr>
      <w:r w:rsidRPr="001E021C">
        <w:rPr>
          <w:i/>
          <w:sz w:val="18"/>
          <w:szCs w:val="18"/>
        </w:rPr>
        <w:t>Suggestion :</w:t>
      </w:r>
      <w:r w:rsidR="0039150D" w:rsidRPr="001E021C">
        <w:rPr>
          <w:i/>
          <w:sz w:val="18"/>
          <w:szCs w:val="18"/>
        </w:rPr>
        <w:t xml:space="preserve"> </w:t>
      </w:r>
      <w:r w:rsidR="0013360C">
        <w:rPr>
          <w:i/>
          <w:sz w:val="18"/>
          <w:szCs w:val="18"/>
        </w:rPr>
        <w:t>Cheni</w:t>
      </w:r>
      <w:r w:rsidR="007B7D84">
        <w:rPr>
          <w:i/>
          <w:sz w:val="18"/>
          <w:szCs w:val="18"/>
        </w:rPr>
        <w:t>n</w:t>
      </w:r>
      <w:r w:rsidR="0013360C">
        <w:rPr>
          <w:i/>
          <w:sz w:val="18"/>
          <w:szCs w:val="18"/>
        </w:rPr>
        <w:t xml:space="preserve"> sec de Loire – Montlouis sur Loire</w:t>
      </w:r>
      <w:r w:rsidR="0039150D" w:rsidRPr="001E021C">
        <w:rPr>
          <w:i/>
          <w:sz w:val="18"/>
          <w:szCs w:val="18"/>
        </w:rPr>
        <w:t xml:space="preserve"> – 8 €</w:t>
      </w:r>
    </w:p>
    <w:p w14:paraId="3E70A941" w14:textId="29F82AE5" w:rsidR="00F72FF1" w:rsidRPr="001E021C" w:rsidRDefault="00D769FA" w:rsidP="00D769FA">
      <w:pPr>
        <w:jc w:val="center"/>
      </w:pPr>
      <w:r>
        <w:rPr>
          <w:b/>
          <w:sz w:val="28"/>
        </w:rPr>
        <w:t>LA FERME DES HAUTS-DE-FRANCE</w:t>
      </w:r>
    </w:p>
    <w:p w14:paraId="0319F6EA" w14:textId="5AD752D5" w:rsidR="00F72FF1" w:rsidRPr="001E021C" w:rsidRDefault="00DF7C9D" w:rsidP="001473AE">
      <w:pPr>
        <w:pStyle w:val="Listepuces"/>
        <w:jc w:val="center"/>
      </w:pPr>
      <w:r>
        <w:t xml:space="preserve">Noix de veau rôti, jus corsé au </w:t>
      </w:r>
      <w:r w:rsidR="009428A0">
        <w:t>romarin</w:t>
      </w:r>
      <w:r>
        <w:t xml:space="preserve">, </w:t>
      </w:r>
      <w:r w:rsidR="00EE0FDF">
        <w:t>millefeuilles de céleri-rave et pommes fruit</w:t>
      </w:r>
      <w:r w:rsidR="004E5104">
        <w:t xml:space="preserve">, pickles de </w:t>
      </w:r>
      <w:r w:rsidR="009C6672">
        <w:t>chou</w:t>
      </w:r>
      <w:r w:rsidR="0059794B">
        <w:t>-fleur</w:t>
      </w:r>
    </w:p>
    <w:p w14:paraId="162214D9" w14:textId="7AC52091" w:rsidR="00F72FF1" w:rsidRPr="001E021C" w:rsidRDefault="0094644F" w:rsidP="001473AE">
      <w:pPr>
        <w:jc w:val="center"/>
        <w:rPr>
          <w:sz w:val="18"/>
          <w:szCs w:val="18"/>
        </w:rPr>
      </w:pPr>
      <w:r w:rsidRPr="001E021C">
        <w:rPr>
          <w:i/>
          <w:sz w:val="18"/>
          <w:szCs w:val="18"/>
        </w:rPr>
        <w:t>Suggestion :</w:t>
      </w:r>
      <w:r w:rsidR="00323DE4" w:rsidRPr="001E021C">
        <w:rPr>
          <w:i/>
          <w:sz w:val="18"/>
          <w:szCs w:val="18"/>
        </w:rPr>
        <w:t xml:space="preserve"> </w:t>
      </w:r>
      <w:r w:rsidR="000854A9">
        <w:rPr>
          <w:i/>
          <w:sz w:val="18"/>
          <w:szCs w:val="18"/>
        </w:rPr>
        <w:t xml:space="preserve">Saint-Julien – connétable Talbot 14 </w:t>
      </w:r>
      <w:r w:rsidR="00323DE4" w:rsidRPr="001E021C">
        <w:rPr>
          <w:i/>
          <w:sz w:val="18"/>
          <w:szCs w:val="18"/>
        </w:rPr>
        <w:t>€</w:t>
      </w:r>
    </w:p>
    <w:p w14:paraId="34869842" w14:textId="23EB6BE6" w:rsidR="00F72FF1" w:rsidRPr="001E021C" w:rsidRDefault="00115D3E" w:rsidP="001473AE">
      <w:pPr>
        <w:jc w:val="center"/>
      </w:pPr>
      <w:r>
        <w:rPr>
          <w:b/>
          <w:sz w:val="28"/>
        </w:rPr>
        <w:t>MON VERGER</w:t>
      </w:r>
    </w:p>
    <w:p w14:paraId="038B26DE" w14:textId="027B822B" w:rsidR="00F336D7" w:rsidRPr="001E021C" w:rsidRDefault="00F336D7" w:rsidP="00F336D7">
      <w:pPr>
        <w:pStyle w:val="Listepuces"/>
        <w:jc w:val="center"/>
      </w:pPr>
      <w:r>
        <w:t>Poire pochée au vin rouge</w:t>
      </w:r>
      <w:r w:rsidR="0094644F">
        <w:t>, crème légère mascarpone vanillée, tuile cacao et sorbet poire</w:t>
      </w:r>
    </w:p>
    <w:p w14:paraId="416F595B" w14:textId="4C285363" w:rsidR="0055486C" w:rsidRDefault="0094644F" w:rsidP="0055486C">
      <w:pPr>
        <w:jc w:val="center"/>
        <w:rPr>
          <w:i/>
          <w:sz w:val="18"/>
          <w:szCs w:val="18"/>
        </w:rPr>
      </w:pPr>
      <w:r w:rsidRPr="001E021C">
        <w:rPr>
          <w:i/>
          <w:sz w:val="18"/>
          <w:szCs w:val="18"/>
        </w:rPr>
        <w:t>Suggestion :</w:t>
      </w:r>
      <w:r w:rsidR="00323DE4" w:rsidRPr="001E021C">
        <w:rPr>
          <w:i/>
          <w:sz w:val="18"/>
          <w:szCs w:val="18"/>
        </w:rPr>
        <w:t xml:space="preserve"> Liqueur fruits rouges, Maison Bocquet – 6 €</w:t>
      </w:r>
    </w:p>
    <w:p w14:paraId="0D3B98FD" w14:textId="5FAD2049" w:rsidR="0055486C" w:rsidRDefault="0055486C" w:rsidP="0055486C">
      <w:pPr>
        <w:jc w:val="center"/>
        <w:rPr>
          <w:i/>
          <w:sz w:val="18"/>
          <w:szCs w:val="18"/>
        </w:rPr>
      </w:pPr>
    </w:p>
    <w:p w14:paraId="4DDE13D7" w14:textId="77777777" w:rsidR="0055486C" w:rsidRPr="0055486C" w:rsidRDefault="0055486C" w:rsidP="0055486C">
      <w:pPr>
        <w:jc w:val="center"/>
        <w:rPr>
          <w:i/>
          <w:sz w:val="18"/>
          <w:szCs w:val="18"/>
        </w:rPr>
      </w:pPr>
    </w:p>
    <w:sectPr w:rsidR="0055486C" w:rsidRPr="0055486C" w:rsidSect="0003461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4F1BA6" w14:textId="77777777" w:rsidR="00807E43" w:rsidRPr="001E021C" w:rsidRDefault="00807E43" w:rsidP="00790799">
      <w:pPr>
        <w:spacing w:after="0" w:line="240" w:lineRule="auto"/>
      </w:pPr>
      <w:r w:rsidRPr="001E021C">
        <w:separator/>
      </w:r>
    </w:p>
  </w:endnote>
  <w:endnote w:type="continuationSeparator" w:id="0">
    <w:p w14:paraId="56912317" w14:textId="77777777" w:rsidR="00807E43" w:rsidRPr="001E021C" w:rsidRDefault="00807E43" w:rsidP="00790799">
      <w:pPr>
        <w:spacing w:after="0" w:line="240" w:lineRule="auto"/>
      </w:pPr>
      <w:r w:rsidRPr="001E021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C6AEA" w14:textId="77777777" w:rsidR="00790799" w:rsidRPr="001E021C" w:rsidRDefault="0079079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DDA53" w14:textId="77777777" w:rsidR="00790799" w:rsidRPr="001E021C" w:rsidRDefault="0079079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A45BC" w14:textId="77777777" w:rsidR="00790799" w:rsidRPr="001E021C" w:rsidRDefault="0079079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A18887" w14:textId="77777777" w:rsidR="00807E43" w:rsidRPr="001E021C" w:rsidRDefault="00807E43" w:rsidP="00790799">
      <w:pPr>
        <w:spacing w:after="0" w:line="240" w:lineRule="auto"/>
      </w:pPr>
      <w:r w:rsidRPr="001E021C">
        <w:separator/>
      </w:r>
    </w:p>
  </w:footnote>
  <w:footnote w:type="continuationSeparator" w:id="0">
    <w:p w14:paraId="6D9AD077" w14:textId="77777777" w:rsidR="00807E43" w:rsidRPr="001E021C" w:rsidRDefault="00807E43" w:rsidP="00790799">
      <w:pPr>
        <w:spacing w:after="0" w:line="240" w:lineRule="auto"/>
      </w:pPr>
      <w:r w:rsidRPr="001E021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76D2C" w14:textId="77777777" w:rsidR="00790799" w:rsidRPr="001E021C" w:rsidRDefault="0079079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E3BC4" w14:textId="77777777" w:rsidR="00790799" w:rsidRPr="001E021C" w:rsidRDefault="00790799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0B21C" w14:textId="77777777" w:rsidR="00790799" w:rsidRPr="001E021C" w:rsidRDefault="0079079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926129">
    <w:abstractNumId w:val="8"/>
  </w:num>
  <w:num w:numId="2" w16cid:durableId="1251887458">
    <w:abstractNumId w:val="6"/>
  </w:num>
  <w:num w:numId="3" w16cid:durableId="1205756135">
    <w:abstractNumId w:val="5"/>
  </w:num>
  <w:num w:numId="4" w16cid:durableId="1648899380">
    <w:abstractNumId w:val="4"/>
  </w:num>
  <w:num w:numId="5" w16cid:durableId="188106110">
    <w:abstractNumId w:val="7"/>
  </w:num>
  <w:num w:numId="6" w16cid:durableId="1644458168">
    <w:abstractNumId w:val="3"/>
  </w:num>
  <w:num w:numId="7" w16cid:durableId="1130905857">
    <w:abstractNumId w:val="2"/>
  </w:num>
  <w:num w:numId="8" w16cid:durableId="1826430964">
    <w:abstractNumId w:val="1"/>
  </w:num>
  <w:num w:numId="9" w16cid:durableId="20255471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27D7A"/>
    <w:rsid w:val="00034616"/>
    <w:rsid w:val="000509CD"/>
    <w:rsid w:val="00055B2C"/>
    <w:rsid w:val="0006063C"/>
    <w:rsid w:val="00071BDB"/>
    <w:rsid w:val="000854A9"/>
    <w:rsid w:val="000E6A82"/>
    <w:rsid w:val="00102808"/>
    <w:rsid w:val="00115D3E"/>
    <w:rsid w:val="0013360C"/>
    <w:rsid w:val="001473AE"/>
    <w:rsid w:val="0015074B"/>
    <w:rsid w:val="0017200E"/>
    <w:rsid w:val="001826BF"/>
    <w:rsid w:val="00191491"/>
    <w:rsid w:val="001A31BD"/>
    <w:rsid w:val="001C4ABA"/>
    <w:rsid w:val="001E021C"/>
    <w:rsid w:val="001E50B6"/>
    <w:rsid w:val="001F63DB"/>
    <w:rsid w:val="002118C8"/>
    <w:rsid w:val="00244D92"/>
    <w:rsid w:val="00281496"/>
    <w:rsid w:val="00291A4F"/>
    <w:rsid w:val="0029639D"/>
    <w:rsid w:val="002E61D9"/>
    <w:rsid w:val="00316163"/>
    <w:rsid w:val="00316981"/>
    <w:rsid w:val="00321A18"/>
    <w:rsid w:val="00323DE4"/>
    <w:rsid w:val="00326B1F"/>
    <w:rsid w:val="00326F90"/>
    <w:rsid w:val="00375DCD"/>
    <w:rsid w:val="0039150D"/>
    <w:rsid w:val="003A2333"/>
    <w:rsid w:val="004B542E"/>
    <w:rsid w:val="004C5C5F"/>
    <w:rsid w:val="004E5104"/>
    <w:rsid w:val="0055486C"/>
    <w:rsid w:val="0059794B"/>
    <w:rsid w:val="005B1DAA"/>
    <w:rsid w:val="005B2452"/>
    <w:rsid w:val="005E7713"/>
    <w:rsid w:val="006055F6"/>
    <w:rsid w:val="00614766"/>
    <w:rsid w:val="0067039D"/>
    <w:rsid w:val="006A4D17"/>
    <w:rsid w:val="006B457F"/>
    <w:rsid w:val="007161BE"/>
    <w:rsid w:val="00785037"/>
    <w:rsid w:val="0078795A"/>
    <w:rsid w:val="00790799"/>
    <w:rsid w:val="007A2DB1"/>
    <w:rsid w:val="007B7D84"/>
    <w:rsid w:val="007F476B"/>
    <w:rsid w:val="007F7861"/>
    <w:rsid w:val="00802E07"/>
    <w:rsid w:val="00807E43"/>
    <w:rsid w:val="008174CB"/>
    <w:rsid w:val="00824C9C"/>
    <w:rsid w:val="008A403E"/>
    <w:rsid w:val="008B095B"/>
    <w:rsid w:val="008D07A2"/>
    <w:rsid w:val="008D32A6"/>
    <w:rsid w:val="008F2F79"/>
    <w:rsid w:val="009428A0"/>
    <w:rsid w:val="00943037"/>
    <w:rsid w:val="0094644F"/>
    <w:rsid w:val="009C37F6"/>
    <w:rsid w:val="009C6672"/>
    <w:rsid w:val="009E35EE"/>
    <w:rsid w:val="009F7ACA"/>
    <w:rsid w:val="00A434F3"/>
    <w:rsid w:val="00A7601B"/>
    <w:rsid w:val="00A85DD5"/>
    <w:rsid w:val="00AA1D8D"/>
    <w:rsid w:val="00B02BA4"/>
    <w:rsid w:val="00B14099"/>
    <w:rsid w:val="00B40872"/>
    <w:rsid w:val="00B47730"/>
    <w:rsid w:val="00B47B1C"/>
    <w:rsid w:val="00B5428F"/>
    <w:rsid w:val="00B545D6"/>
    <w:rsid w:val="00BB3868"/>
    <w:rsid w:val="00BB63DE"/>
    <w:rsid w:val="00BE2678"/>
    <w:rsid w:val="00C0071E"/>
    <w:rsid w:val="00C24066"/>
    <w:rsid w:val="00CB0664"/>
    <w:rsid w:val="00CB64EE"/>
    <w:rsid w:val="00CC56F5"/>
    <w:rsid w:val="00CC708F"/>
    <w:rsid w:val="00CC799B"/>
    <w:rsid w:val="00CE7C66"/>
    <w:rsid w:val="00D769FA"/>
    <w:rsid w:val="00D85775"/>
    <w:rsid w:val="00D928CE"/>
    <w:rsid w:val="00D959DF"/>
    <w:rsid w:val="00DD2E32"/>
    <w:rsid w:val="00DF7C9D"/>
    <w:rsid w:val="00E37467"/>
    <w:rsid w:val="00E81B7D"/>
    <w:rsid w:val="00E86995"/>
    <w:rsid w:val="00ED2101"/>
    <w:rsid w:val="00ED246A"/>
    <w:rsid w:val="00EE0FDF"/>
    <w:rsid w:val="00EE2ACD"/>
    <w:rsid w:val="00F2220A"/>
    <w:rsid w:val="00F336D7"/>
    <w:rsid w:val="00F51934"/>
    <w:rsid w:val="00F666E4"/>
    <w:rsid w:val="00F72FF1"/>
    <w:rsid w:val="00F806A4"/>
    <w:rsid w:val="00FC693F"/>
    <w:rsid w:val="00FE0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4062061"/>
  <w14:defaultImageDpi w14:val="300"/>
  <w15:docId w15:val="{B69922ED-ABCE-4730-ADC2-651D4873A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69FA"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18BF"/>
  </w:style>
  <w:style w:type="paragraph" w:styleId="Pieddepage">
    <w:name w:val="footer"/>
    <w:basedOn w:val="Normal"/>
    <w:link w:val="Pieddepag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18BF"/>
  </w:style>
  <w:style w:type="paragraph" w:styleId="Sansinterligne">
    <w:name w:val="No Spacing"/>
    <w:uiPriority w:val="1"/>
    <w:qFormat/>
    <w:rsid w:val="00FC693F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AA1D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A1D8D"/>
  </w:style>
  <w:style w:type="paragraph" w:styleId="Corpsdetexte2">
    <w:name w:val="Body Text 2"/>
    <w:basedOn w:val="Normal"/>
    <w:link w:val="Corpsdetexte2Car"/>
    <w:uiPriority w:val="99"/>
    <w:unhideWhenUsed/>
    <w:rsid w:val="00AA1D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AA1D8D"/>
  </w:style>
  <w:style w:type="paragraph" w:styleId="Corpsdetexte3">
    <w:name w:val="Body Text 3"/>
    <w:basedOn w:val="Normal"/>
    <w:link w:val="Corpsdetex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puc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edemacro">
    <w:name w:val="macro"/>
    <w:link w:val="Textede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rsid w:val="0029639D"/>
    <w:rPr>
      <w:rFonts w:ascii="Courier" w:hAnsi="Courier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C693F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693F"/>
    <w:rPr>
      <w:i/>
      <w:i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FC693F"/>
    <w:rPr>
      <w:b/>
      <w:bCs/>
    </w:rPr>
  </w:style>
  <w:style w:type="character" w:styleId="Accentuation">
    <w:name w:val="Emphasis"/>
    <w:basedOn w:val="Policepardfaut"/>
    <w:uiPriority w:val="20"/>
    <w:qFormat/>
    <w:rsid w:val="00FC693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693F"/>
    <w:rPr>
      <w:b/>
      <w:bCs/>
      <w:i/>
      <w:iCs/>
      <w:color w:val="4F81BD" w:themeColor="accent1"/>
    </w:rPr>
  </w:style>
  <w:style w:type="character" w:styleId="Accentuationlgre">
    <w:name w:val="Subtle Emphasis"/>
    <w:basedOn w:val="Policepardfaut"/>
    <w:uiPriority w:val="19"/>
    <w:qFormat/>
    <w:rsid w:val="00FC693F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FC693F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FC693F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C693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C693F"/>
    <w:pPr>
      <w:outlineLvl w:val="9"/>
    </w:pPr>
  </w:style>
  <w:style w:type="table" w:styleId="Grilledutableau">
    <w:name w:val="Table Grid"/>
    <w:basedOn w:val="Tableau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eclaire">
    <w:name w:val="Light List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">
    <w:name w:val="Light Grid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ramemoyenne1">
    <w:name w:val="Medium Shading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1">
    <w:name w:val="Medium Lis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moyenne2">
    <w:name w:val="Medium Lis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">
    <w:name w:val="Medium Grid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">
    <w:name w:val="Medium Grid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fonce">
    <w:name w:val="Dark List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Tramecouleur">
    <w:name w:val="Colorful Shading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couleur">
    <w:name w:val="Colorful List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llecouleur">
    <w:name w:val="Colorful Grid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13033</TotalTime>
  <Pages>1</Pages>
  <Words>147</Words>
  <Characters>812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dylan balossier</cp:lastModifiedBy>
  <cp:revision>97</cp:revision>
  <cp:lastPrinted>2025-07-16T08:17:00Z</cp:lastPrinted>
  <dcterms:created xsi:type="dcterms:W3CDTF">2013-12-23T23:15:00Z</dcterms:created>
  <dcterms:modified xsi:type="dcterms:W3CDTF">2025-07-16T08:19:00Z</dcterms:modified>
  <cp:category/>
</cp:coreProperties>
</file>